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0"/>
        </w:rPr>
        <w:t>Mise en demeure de restituer le dépôt de garantie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Lettre recommandée avec avis de réception. Envoyée par le locataire quand le délai de restitution est dépassé. Logement loué vide ou meublé, en France.</w:t>
      </w:r>
    </w:p>
    <w:p>
      <w:pPr>
        <w:spacing w:after="40" w:before="0"/>
        <w:ind w:left="0"/>
      </w:pPr>
      <w:r>
        <w:rPr>
          <w:b/>
        </w:rPr>
        <w:t>Destinataire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Bailleur ou agence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Adresse </w:t>
      </w:r>
      <w:r>
        <w:tab/>
      </w:r>
    </w:p>
    <w:p>
      <w:pPr>
        <w:spacing w:after="40" w:before="0"/>
        <w:ind w:left="0"/>
      </w:pPr>
      <w:r>
        <w:rPr>
          <w:b/>
        </w:rPr>
        <w:t>Logement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Situé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Bail signé le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Clés remises le </w:t>
      </w:r>
      <w:r>
        <w:tab/>
      </w:r>
    </w:p>
    <w:p>
      <w:pPr>
        <w:spacing w:after="40" w:before="0"/>
        <w:ind w:left="0"/>
      </w:pPr>
      <w:r>
        <w:rPr>
          <w:b/>
        </w:rPr>
        <w:t>Sommes dues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Dépôt de garantie restant dû </w:t>
      </w:r>
      <w:r>
        <w:tab/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Loyer mensuel hors charges </w:t>
      </w:r>
      <w:r>
        <w:tab/>
      </w:r>
    </w:p>
    <w:p>
      <w:pPr>
        <w:tabs>
          <w:tab w:pos="4665" w:val="left" w:leader="dot"/>
          <w:tab w:pos="9751" w:val="left" w:leader="dot"/>
        </w:tabs>
        <w:spacing w:after="100" w:before="0"/>
        <w:ind w:left="340"/>
      </w:pPr>
      <w:r>
        <w:rPr>
          <w:b w:val="0"/>
        </w:rPr>
        <w:t xml:space="preserve">Mois de retard commencés </w:t>
      </w:r>
      <w:r>
        <w:tab/>
      </w:r>
      <w:r>
        <w:rPr>
          <w:b w:val="0"/>
        </w:rPr>
        <w:t xml:space="preserve"> majoration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Total réclamé à ce jour </w:t>
      </w:r>
      <w:r>
        <w:tab/>
      </w:r>
    </w:p>
    <w:p>
      <w:pPr>
        <w:spacing w:after="40" w:before="0"/>
        <w:ind w:left="0"/>
      </w:pPr>
      <w:r>
        <w:rPr>
          <w:b/>
        </w:rPr>
        <w:t>Délai et paiement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Délai expiré le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Sur le compte </w:t>
      </w:r>
      <w:r>
        <w:tab/>
      </w:r>
    </w:p>
    <w:p>
      <w:pPr>
        <w:spacing w:after="120" w:before="0"/>
        <w:ind w:left="0"/>
      </w:pPr>
      <w:r>
        <w:rPr>
          <w:b w:val="0"/>
        </w:rPr>
        <w:t>Madame, Monsieur,</w:t>
      </w:r>
    </w:p>
    <w:p>
      <w:pPr>
        <w:spacing w:after="120" w:before="0"/>
        <w:ind w:left="0"/>
      </w:pPr>
      <w:r>
        <w:rPr>
          <w:b w:val="0"/>
        </w:rPr>
        <w:t>Le délai de restitution du dépôt de garantie prévu à l’article 22 de la loi du 6 juillet 1989 a expiré à la date indiquée, sans que la somme me soit rendue.</w:t>
      </w:r>
    </w:p>
    <w:p>
      <w:pPr>
        <w:spacing w:after="120" w:before="0"/>
        <w:ind w:left="0"/>
      </w:pPr>
      <w:r>
        <w:rPr>
          <w:b w:val="0"/>
        </w:rPr>
        <w:t>Je vous mets en demeure de me verser, dans un délai de quinze jours à compter de la réception de cette lettre, le dépôt de garantie restant dû, majoré de 10 % du loyer mensuel en principal pour chaque période mensuelle commencée en retard, comme le prévoit cet article, sur le compte indiqué ci-dessus. La majoration continue de courir pour chaque nouvelle période mensuelle commencée jusqu’au paiement.</w:t>
      </w:r>
    </w:p>
    <w:p>
      <w:pPr>
        <w:spacing w:after="120" w:before="0"/>
        <w:ind w:left="0"/>
      </w:pPr>
      <w:r>
        <w:rPr>
          <w:b w:val="0"/>
        </w:rPr>
        <w:t>À défaut, je saisirai la commission départementale de conciliation ou un conciliateur de justice, puis, si nécessaire, le juge des contentieux de la protection.</w:t>
      </w:r>
    </w:p>
    <w:p>
      <w:pPr>
        <w:spacing w:after="120" w:before="0"/>
        <w:ind w:left="0"/>
      </w:pPr>
      <w:r>
        <w:rPr>
          <w:b w:val="0"/>
        </w:rPr>
        <w:t>Je vous prie d’agréer, Madame, Monsieur, mes salutations distinguées.</w:t>
      </w:r>
    </w:p>
    <w:p>
      <w:pPr>
        <w:spacing w:after="120" w:before="0"/>
        <w:ind w:left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/>
        </w:tc>
        <w:tc>
          <w:tcPr>
            <w:tcW w:type="dxa" w:w="4876"/>
          </w:tcPr>
          <w:p>
            <w:r>
              <w:rPr>
                <w:b/>
              </w:rPr>
              <w:t>Le locataire</w:t>
            </w:r>
          </w:p>
          <w:p>
            <w:r>
              <w:rPr>
                <w:b w:val="0"/>
                <w:color w:val="64748B"/>
                <w:sz w:val="18"/>
              </w:rPr>
              <w:t>Date et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autlu.com/lettre-restitution-depot-de-garantie   ·   Loi n° 89-462 du 6 juillet 1989, article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 de restituer le dépôt de garantie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