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4535" w:val="left" w:leader="dot"/>
        </w:tabs>
        <w:spacing w:after="60" w:before="0"/>
        <w:ind w:left="0"/>
      </w:pPr>
      <w:r>
        <w:rPr>
          <w:b w:val="0"/>
          <w:color w:val="64748B"/>
          <w:sz w:val="17"/>
        </w:rPr>
        <w:t xml:space="preserve">Prénom et nom </w:t>
      </w:r>
      <w:r>
        <w:tab/>
      </w:r>
    </w:p>
    <w:p>
      <w:pPr>
        <w:tabs>
          <w:tab w:pos="4535" w:val="left" w:leader="dot"/>
        </w:tabs>
        <w:spacing w:after="60" w:before="0"/>
        <w:ind w:left="0"/>
      </w:pPr>
      <w:r>
        <w:rPr>
          <w:b w:val="0"/>
          <w:color w:val="64748B"/>
          <w:sz w:val="17"/>
        </w:rPr>
        <w:t xml:space="preserve">Adresse </w:t>
      </w:r>
      <w:r>
        <w:tab/>
      </w:r>
    </w:p>
    <w:p>
      <w:pPr>
        <w:tabs>
          <w:tab w:pos="4535" w:val="left" w:leader="dot"/>
        </w:tabs>
        <w:spacing w:after="60" w:before="0"/>
        <w:ind w:left="0"/>
      </w:pPr>
      <w:r>
        <w:rPr>
          <w:b w:val="0"/>
          <w:color w:val="64748B"/>
          <w:sz w:val="17"/>
        </w:rPr>
        <w:t xml:space="preserve">Code postal et ville </w:t>
      </w:r>
      <w:r>
        <w:tab/>
      </w:r>
    </w:p>
    <w:p>
      <w:pPr>
        <w:tabs>
          <w:tab w:pos="4535" w:val="left" w:leader="dot"/>
        </w:tabs>
        <w:spacing w:after="60" w:before="0"/>
        <w:ind w:left="0"/>
      </w:pPr>
      <w:r>
        <w:rPr>
          <w:b w:val="0"/>
          <w:color w:val="64748B"/>
          <w:sz w:val="17"/>
        </w:rPr>
        <w:t xml:space="preserve">Téléphone </w:t>
      </w:r>
      <w:r>
        <w:tab/>
      </w:r>
    </w:p>
    <w:p>
      <w:pPr>
        <w:tabs>
          <w:tab w:pos="4535" w:val="left" w:leader="dot"/>
        </w:tabs>
        <w:spacing w:after="60" w:before="0"/>
        <w:ind w:left="0"/>
      </w:pPr>
      <w:r>
        <w:rPr>
          <w:b w:val="0"/>
          <w:color w:val="64748B"/>
          <w:sz w:val="17"/>
        </w:rPr>
        <w:t xml:space="preserve">E-mail </w:t>
      </w:r>
      <w:r>
        <w:tab/>
      </w:r>
    </w:p>
    <w:p>
      <w:pPr>
        <w:tabs>
          <w:tab w:pos="7682" w:val="left" w:leader="dot"/>
          <w:tab w:pos="9751" w:val="left" w:leader="dot"/>
        </w:tabs>
        <w:spacing w:after="280" w:before="0"/>
        <w:ind w:left="5386"/>
      </w:pPr>
      <w:r>
        <w:rPr>
          <w:b w:val="0"/>
        </w:rPr>
        <w:t xml:space="preserve">Fait à </w:t>
      </w:r>
      <w:r>
        <w:tab/>
      </w:r>
      <w:r>
        <w:rPr>
          <w:b w:val="0"/>
        </w:rPr>
        <w:t xml:space="preserve">, le </w:t>
      </w:r>
      <w:r>
        <w:tab/>
      </w:r>
    </w:p>
    <w:p>
      <w:pPr>
        <w:spacing w:after="20" w:before="0"/>
        <w:ind w:left="0"/>
      </w:pPr>
      <w:r>
        <w:rPr>
          <w:b/>
          <w:sz w:val="32"/>
        </w:rPr>
        <w:t>Attestation de fin de bail</w:t>
      </w:r>
    </w:p>
    <w:p>
      <w:pPr>
        <w:spacing w:after="240" w:before="0"/>
        <w:ind w:left="0"/>
      </w:pPr>
      <w:r>
        <w:rPr>
          <w:b w:val="0"/>
          <w:color w:val="475569"/>
          <w:sz w:val="19"/>
        </w:rPr>
        <w:t>Remise par le bailleur ou son agence. Logement loué vide ou meublé, en France. À remettre au locataire qui la demande.</w:t>
      </w:r>
    </w:p>
    <w:p>
      <w:pPr>
        <w:spacing w:after="40" w:before="0"/>
        <w:ind w:left="0"/>
      </w:pPr>
      <w:r>
        <w:rPr>
          <w:b/>
        </w:rPr>
        <w:t>Je soussigné(e)</w:t>
      </w:r>
    </w:p>
    <w:p>
      <w:pPr>
        <w:tabs>
          <w:tab w:pos="9751" w:val="left" w:leader="dot"/>
        </w:tabs>
        <w:spacing w:after="100" w:before="0"/>
        <w:ind w:left="340"/>
      </w:pPr>
      <w:r>
        <w:rPr>
          <w:b w:val="0"/>
        </w:rPr>
        <w:t xml:space="preserve">Nom et prénom </w:t>
      </w:r>
      <w:r>
        <w:tab/>
      </w:r>
    </w:p>
    <w:p>
      <w:pPr>
        <w:spacing w:after="100" w:before="0"/>
        <w:ind w:left="340"/>
      </w:pPr>
      <w:r>
        <w:rPr>
          <w:b w:val="0"/>
        </w:rPr>
        <w:t xml:space="preserve">Agissant comme </w:t>
      </w:r>
      <w:r>
        <w:rPr>
          <w:b w:val="0"/>
        </w:rPr>
        <w:t xml:space="preserve"> ☐ bailleur </w:t>
      </w:r>
      <w:r>
        <w:rPr>
          <w:b w:val="0"/>
        </w:rPr>
        <w:t xml:space="preserve"> </w:t>
      </w:r>
      <w:r>
        <w:rPr>
          <w:b w:val="0"/>
        </w:rPr>
        <w:t xml:space="preserve"> ☐ mandataire du bailleur </w:t>
      </w:r>
    </w:p>
    <w:p>
      <w:pPr>
        <w:tabs>
          <w:tab w:pos="9751" w:val="left" w:leader="dot"/>
        </w:tabs>
        <w:spacing w:after="100" w:before="0"/>
        <w:ind w:left="340"/>
      </w:pPr>
      <w:r>
        <w:rPr>
          <w:b w:val="0"/>
        </w:rPr>
        <w:t xml:space="preserve">Agence ou société </w:t>
      </w:r>
      <w:r>
        <w:tab/>
      </w:r>
    </w:p>
    <w:p>
      <w:pPr>
        <w:tabs>
          <w:tab w:pos="9751" w:val="left" w:leader="dot"/>
        </w:tabs>
        <w:spacing w:after="100" w:before="0"/>
        <w:ind w:left="340"/>
      </w:pPr>
      <w:r>
        <w:rPr>
          <w:b w:val="0"/>
        </w:rPr>
        <w:t xml:space="preserve">Pour le compte de </w:t>
      </w:r>
      <w:r>
        <w:tab/>
      </w:r>
    </w:p>
    <w:p>
      <w:pPr>
        <w:tabs>
          <w:tab w:pos="9751" w:val="left" w:leader="dot"/>
        </w:tabs>
        <w:spacing w:after="200" w:before="0"/>
        <w:ind w:left="340"/>
      </w:pPr>
      <w:r>
        <w:rPr>
          <w:b w:val="0"/>
        </w:rPr>
        <w:t xml:space="preserve">Adresse </w:t>
      </w:r>
      <w:r>
        <w:tab/>
      </w:r>
    </w:p>
    <w:p>
      <w:pPr>
        <w:spacing w:after="40" w:before="0"/>
        <w:ind w:left="0"/>
      </w:pPr>
      <w:r>
        <w:rPr>
          <w:b/>
        </w:rPr>
        <w:t>Atteste que</w:t>
      </w:r>
    </w:p>
    <w:p>
      <w:pPr>
        <w:tabs>
          <w:tab w:pos="9751" w:val="left" w:leader="dot"/>
        </w:tabs>
        <w:spacing w:after="100" w:before="0"/>
        <w:ind w:left="340"/>
      </w:pPr>
      <w:r>
        <w:rPr>
          <w:b w:val="0"/>
        </w:rPr>
        <w:t xml:space="preserve">Locataire(s) </w:t>
      </w:r>
      <w:r>
        <w:tab/>
      </w:r>
    </w:p>
    <w:p>
      <w:pPr>
        <w:tabs>
          <w:tab w:pos="9751" w:val="left" w:leader="dot"/>
        </w:tabs>
        <w:spacing w:after="100" w:before="0"/>
        <w:ind w:left="340"/>
      </w:pPr>
      <w:r>
        <w:rPr>
          <w:b w:val="0"/>
        </w:rPr>
        <w:t xml:space="preserve">A occupé le logement situé </w:t>
      </w:r>
      <w:r>
        <w:tab/>
      </w:r>
    </w:p>
    <w:p>
      <w:pPr>
        <w:tabs>
          <w:tab w:pos="9751" w:val="left" w:leader="dot"/>
        </w:tabs>
        <w:spacing w:after="200" w:before="0"/>
        <w:ind w:left="340"/>
      </w:pPr>
      <w:r>
        <w:rPr>
          <w:b w:val="0"/>
        </w:rPr>
        <w:t xml:space="preserve">Loué </w:t>
      </w:r>
      <w:r>
        <w:rPr>
          <w:b w:val="0"/>
        </w:rPr>
        <w:t xml:space="preserve"> ☐ vide </w:t>
      </w:r>
      <w:r>
        <w:rPr>
          <w:b w:val="0"/>
        </w:rPr>
        <w:t xml:space="preserve"> </w:t>
      </w:r>
      <w:r>
        <w:rPr>
          <w:b w:val="0"/>
        </w:rPr>
        <w:t xml:space="preserve"> ☐ meublé </w:t>
      </w:r>
      <w:r>
        <w:rPr>
          <w:b w:val="0"/>
        </w:rPr>
        <w:t xml:space="preserve"> selon un bail signé le </w:t>
      </w:r>
      <w:r>
        <w:tab/>
      </w:r>
    </w:p>
    <w:p>
      <w:pPr>
        <w:spacing w:after="40" w:before="0"/>
        <w:ind w:left="0"/>
      </w:pPr>
      <w:r>
        <w:rPr>
          <w:b/>
        </w:rPr>
        <w:t>Fin du bail</w:t>
      </w:r>
    </w:p>
    <w:p>
      <w:pPr>
        <w:tabs>
          <w:tab w:pos="9751" w:val="left" w:leader="dot"/>
        </w:tabs>
        <w:spacing w:after="100" w:before="0"/>
        <w:ind w:left="340"/>
      </w:pPr>
      <w:r>
        <w:rPr>
          <w:b w:val="0"/>
        </w:rPr>
        <w:t xml:space="preserve">Le bail a pris fin le </w:t>
      </w:r>
      <w:r>
        <w:tab/>
      </w:r>
    </w:p>
    <w:p>
      <w:pPr>
        <w:tabs>
          <w:tab w:pos="9751" w:val="left" w:leader="dot"/>
        </w:tabs>
        <w:spacing w:after="100" w:before="0"/>
        <w:ind w:left="340"/>
      </w:pPr>
      <w:r>
        <w:rPr>
          <w:b w:val="0"/>
        </w:rPr>
        <w:t xml:space="preserve">Les clés ont été rendues le </w:t>
      </w:r>
      <w:r>
        <w:tab/>
      </w:r>
    </w:p>
    <w:p>
      <w:pPr>
        <w:tabs>
          <w:tab w:pos="9751" w:val="left" w:leader="dot"/>
        </w:tabs>
        <w:spacing w:after="200" w:before="0"/>
        <w:ind w:left="340"/>
      </w:pPr>
      <w:r>
        <w:rPr>
          <w:b w:val="0"/>
        </w:rPr>
        <w:t xml:space="preserve">L’état des lieux de sortie a été établi le </w:t>
      </w:r>
      <w:r>
        <w:tab/>
      </w:r>
    </w:p>
    <w:p>
      <w:pPr>
        <w:spacing w:after="80" w:before="0"/>
        <w:ind w:left="340" w:hanging="340"/>
      </w:pPr>
      <w:r>
        <w:rPr>
          <w:b w:val="0"/>
        </w:rPr>
        <w:t>☐  Le locataire est à jour des loyers et provisions pour charges échus à la date de fin du bail, sous réserve de la régularisation annuelle des charges.</w:t>
      </w:r>
    </w:p>
    <w:p>
      <w:pPr>
        <w:spacing w:after="40" w:before="120"/>
        <w:ind w:left="0"/>
      </w:pPr>
      <w:r>
        <w:rPr>
          <w:b/>
        </w:rPr>
        <w:t>Dépôt de garantie</w:t>
      </w:r>
    </w:p>
    <w:p>
      <w:pPr>
        <w:tabs>
          <w:tab w:pos="9751" w:val="left" w:leader="dot"/>
        </w:tabs>
        <w:spacing w:after="120" w:before="0"/>
        <w:ind w:left="340"/>
      </w:pPr>
      <w:r>
        <w:rPr>
          <w:b w:val="0"/>
        </w:rPr>
        <w:t xml:space="preserve"> ☐ reste à restituer (loi de 1989, article 22) </w:t>
      </w:r>
      <w:r>
        <w:rPr>
          <w:b w:val="0"/>
        </w:rPr>
        <w:t xml:space="preserve"> </w:t>
      </w:r>
      <w:r>
        <w:rPr>
          <w:b w:val="0"/>
        </w:rPr>
        <w:t xml:space="preserve"> ☐ restitué le </w:t>
      </w:r>
      <w:r>
        <w:rPr>
          <w:b w:val="0"/>
        </w:rPr>
        <w:t xml:space="preserve"> </w:t>
      </w:r>
      <w:r>
        <w:tab/>
      </w:r>
    </w:p>
    <w:p>
      <w:pPr>
        <w:spacing w:after="40" w:before="120"/>
        <w:ind w:left="0"/>
      </w:pPr>
      <w:r>
        <w:rPr>
          <w:b/>
        </w:rPr>
        <w:t>Nouvelle adresse</w:t>
      </w:r>
    </w:p>
    <w:p>
      <w:pPr>
        <w:tabs>
          <w:tab w:pos="9751" w:val="left" w:leader="dot"/>
        </w:tabs>
        <w:spacing w:after="120" w:before="0"/>
        <w:ind w:left="340"/>
      </w:pPr>
      <w:r>
        <w:rPr>
          <w:b w:val="0"/>
        </w:rPr>
        <w:t xml:space="preserve">Du locataire </w:t>
      </w:r>
      <w:r>
        <w:tab/>
      </w:r>
    </w:p>
    <w:p>
      <w:pPr>
        <w:spacing w:after="280" w:before="160"/>
        <w:ind w:left="0"/>
      </w:pPr>
      <w:r>
        <w:rPr>
          <w:b w:val="0"/>
          <w:color w:val="475569"/>
          <w:sz w:val="20"/>
        </w:rPr>
        <w:t>Attestation établie à la demande du locataire, pour valoir ce que de droit.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52"/>
      </w:tblGrid>
      <w:tr>
        <w:tc>
          <w:tcPr>
            <w:tcW w:type="dxa" w:w="9752"/>
          </w:tcPr>
          <w:p>
            <w:r>
              <w:rPr>
                <w:b/>
              </w:rPr>
              <w:t>Le bailleur ou son mandataire</w:t>
            </w:r>
          </w:p>
          <w:p>
            <w:r>
              <w:rPr>
                <w:b w:val="0"/>
                <w:color w:val="64748B"/>
                <w:sz w:val="18"/>
              </w:rPr>
              <w:t>Date et signature, cachet de l’agence le cas échéant</w:t>
            </w:r>
          </w:p>
          <w:p/>
          <w:p/>
          <w:p/>
          <w:p/>
          <w:p/>
        </w:tc>
      </w:tr>
    </w:tbl>
    <w:sectPr w:rsidR="00FC693F" w:rsidRPr="0006063C" w:rsidSect="00034616">
      <w:footerReference w:type="default" r:id="rId9"/>
      <w:pgSz w:w="11906" w:h="16838"/>
      <w:pgMar w:top="850" w:right="1077" w:bottom="850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4748B"/>
        <w:sz w:val="16"/>
      </w:rPr>
      <w:t>Modèle gratuit : autlu.com/attestation-fin-de-bail   ·   Loi n° 89-462 du 6 juillet 1989, articles 15 et 22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Attestation de fin de bail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